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קיצורי המקלדת הנפוצים והשימושיים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קיצור לפעולה שהוא מבצע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כדאי להשתמש בקיצור במקום בעכבר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 - מה הפעולה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מדביק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מבטל פעולה אחרונה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הקיצור הנכון להעתקה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Ctrl+V מדביק, לא מוחק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שימושי כשעושים טעות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הקיצור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C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V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Z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S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הקיצור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(העתקה)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(הדבקה)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(ביטול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(שמירה)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הפעולות בסדר הנכון להעברת טקסט ממקום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סמנו את הטקסט שרוצים להעתיק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לחצו Ctrl+C כדי להעתיק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עברו למקום החדש שבו רוצים להדביק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לחצו Ctrl+V כדי להדביק את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Ctrl+C להעתקה כשרוצים לשכפל טקסט, Ctrl+S לשמירה כדי לא לאבד 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Ctrl+S לשמירה, Ctrl+V להדבקה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מבטל את הפעולה האחרונה שבוצעה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כשכותבים עבודה וצריך להעתיק משפט ממקום אחד לאחר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בפועל על מקלדת אמיתית תוך כדי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מהקיצורים הבסיסיים ביותר לפני המתקדמים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תחרות קצרה בין תלמידים - מי זוכר הכי הרבה קיצורים נכון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קיצורי מקלדת הם שילובים של מקשים שמבצעים פעולה מהר יותר מאשר לחיצות עכבר. בדף הזה נתרגל את הקיצורים החשובים ביותר ומתי כדאי להשתמש בהם.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V  ·  C  ·  Z  ·  S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מרובה - מה הפעולה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עושה הקיצור Ctrl+C?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מדביק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עושה הקיצור Ctrl+V?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מדביק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עושה הקיצור Ctrl+Z?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מדפיס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מבטל פעולה אחרונה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Ctrl+C משמש כדי להעתיק תוכן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Ctrl+V משמש כדי למחוק 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Ctrl+Z מחזיר אחורה ומבטל את הפעולה האחרונה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הקיצור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להעתיק טקסט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להדביק טקסט שהעתקנו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כדי לבטל פעולה אחרונה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כדי לשמור קובץ לוחצים Ctrl+__________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הקיצור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Ctrl+C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ביטול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Ctrl+V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שמירה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Ctrl+Z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העתקה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Ctrl+S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הדבקה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הפעולות בסדר הנכון להעברת טקסט ממקום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לחצו Ctrl+C כדי להעתיק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לחצו Ctrl+V כדי להדביק את 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סמנו את הטקסט שרוצים להעתיק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עברו למקום החדש שבו רוצים להדביק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קיצורי מקלדת שלמדתם, והסבירו מתי כדאי להשתמש בכל אחד מהם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קיצור אחד לשמירה וקיצור אחד להדבקה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עושה הקיצור Ctrl+Z?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קיצורי מקלדת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