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קיצורי המקלדת הנפוצים והשימושיים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קיצור לפעולה שהוא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כדאי להשתמש בקיצור במקום בעכבר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מה הפעולה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מדביק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מבטל פעולה 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שומר את הקובץ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בוחר את כל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גוזר (חותך)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מדפיס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מחפש מילה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הקיצור הנכון להעתקה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Ctrl+V מדביק, לא מוחק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שימושי כשעושים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Ctrl+P מדפיס, השמירה היא Ctrl+S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הקיצור שמוזכר בדף כקיצור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רוב הקיצורים עובדים בכל מקום שמקלידים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A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(הדבקה)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(ביטול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(שמירה)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(הדפסה)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(לוח אימוג׳ים)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הפעולות בסדר הנכון להעברת טקסט ממקום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סמנו את הטקסט שרוצים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 Ctrl+C כדי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עברו למקום החדש שבו רוצים להדביק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 Ctrl+V כדי להדביק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לחצו Ctrl+S כדי לשמור את הקובץ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Ctrl+C להעתקה כשרוצים לשכפל טקסט, Ctrl+S לשמירה כדי לא לאבד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 מהיר יותר, חוסך זמן ותנועות ועוזר לעבוד בצורה יעילה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Ctrl+S לשמירה, Ctrl+V להדבקה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מבטל את הפעולה האחרונה שבוצעה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כשכותבים עבודה וצריך להעתיק משפט ממקום אחד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על מקלדת אמיתית תוך כדי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מהקיצורים הבסיסיים ביותר לפני המתקדמים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תחרות קצרה בין תלמידים - מי זוכר הכי הרבה קיצורים 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קיצור מקלדת זה כמה מקשים שלוחצים עליהם יחד. זה עוזר לעשות פעולות מהר במחשב. נתרגל את הקיצורים הכי 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קיצור מקלדת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מקשים שלוחצים עליהם יחד כדי לבצע פעולה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Ctrl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בצד המקלדת שמשמש הרבה בקיצורים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העתקה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לשכפל טקסט או תמונה כדי להדביק אותם במקום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הדבקה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להכניס דבר שהעתקנו למקום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ביטול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לחזור אחורה ולבטל מה שעשינו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את הקובץ כדי שלא נאבד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בחירת הכול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לסמן את כל הטקסט או התוכן בבת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חיפוש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מילה או טקסט מסוים במסמך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- מה הפעולה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Ctrl+C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Ctrl+V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Ctrl+Z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מבטל פעולה 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Ctrl+S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 את הקובץ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סוגר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תפריט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Ctrl+A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מוסיף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 את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מגדיל 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Ctrl+X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גוזר (חותך)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Ctrl+P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 תוכנה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 תוכנה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Ctrl+F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מחפש מילה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מגדיל מסך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Ctrl+C משמש כדי להעתיק תוכן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Ctrl+V משמש כדי למחוק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Ctrl+Z מחזיר אחורה ומבטל את הפעולה האחרונה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לשמור קובץ לוחצים על Ctrl+P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Win+. פותח לוח אימוג׳ים וסמלים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בקיצורי מקלדת רק בתוכנת כתיבה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הקיצור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להעתיק טקסט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להדביק טקסט שהעתקנו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לבטל פעולה אחרונה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לשמור קובץ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לבחור את כל הטקסט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לפתוח לוח אימוג׳ים לוחצים Win+__________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הדפסה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העתקה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לוח אימוג׳ים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Ctrl+P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הדבקה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Win+.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ביטול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הפעולות בסדר הנכון להעברת טקסט ממקום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Ctrl+S כדי לשמור את הקובץ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עברו למקום החדש שבו רוצים להדביק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Ctrl+C כדי להעתיק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סמנו את הטקסט שרוצים להעתיק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Ctrl+V כדי להדביק את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קיצורי מקלדת שלמדתם, והסבירו מתי כדאי להשתמש בכל אחד מהם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להשתמש בקיצורי מקלדת במקום בעכבר?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קיצור אחד לשמירה וקיצור אחד להדבקה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הקיצור Ctrl+Z?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כדאי להשתמש בקיצור מקלדת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