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קיצורי המקלדת הנפוצים והשימושיים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שהוא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כדאי להשתמש בקיצור במקום בעכבר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מה הפעולה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מבטל פעולה 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 את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גוזר (חותך)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מדפיס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מחפש מילה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הקיצור הנכון להעתקה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Ctrl+V מדביק, לא מוחק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שימושי כשעושים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Ctrl+P מדפיס, השמירה היא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הקיצור שמוזכר בדף כקיצור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רוב הקיצורים עובדים בכל מקום שמקלידים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(הדפסה)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(לוח אימוג׳ים)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בסדר הנכון להעברת טקסט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סמנו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עברו למקום החדש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 Ctrl+V כדי להדביק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Ctrl+S כדי לשמור את הקובץ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Ctrl+C להעתקה כשרוצים לשכפל טקסט, Ctrl+S לשמירה כדי לא לאבד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מהיר יותר, חוסך זמן ותנועות ועוזר לעבוד בצורה יעילה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Ctrl+S לשמירה,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מבטל את הפעולה האחרונה שבוצעה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כשכותבים עבודה וצריך להעתיק משפט ממקום אחד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מקלדת אמיתית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מהקיצורים הבסיסיים ביותר לפני המתקדמים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תחרות קצרה בין תלמידים - מי זוכר הכי הרבה קיצורים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קיצורי מקלדת הם שילובים של מקשים שמבצעים פעולה מהר יותר מאשר לחיצות עכבר. בדף הזה נתרגל את הקיצורים החשובים ביותר ומתי כדאי להשתמש בהם.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מה הפעולה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 פעולה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תפריט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הקיצור Ctrl+A?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מגדיל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הקיצור Ctrl+X?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גוזר (חותך)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עושה הקיצור Ctrl+P?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עושה הקיצור Ctrl+F?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 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מגדיל מסך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Ctrl+C משמש כדי להעתיק תוכן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Ctrl+V משמש כדי למחוק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Ctrl+Z מחזיר אחורה ומבטל את הפעולה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קובץ לוחצים על Ctrl+P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Win+. פותח לוח אימוג׳ים וסמלים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בקיצורי מקלדת רק בתוכנת כתיבה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את כל הטקסט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לפתוח לוח אימוג׳ים לוחצים Win+__________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Ctrl+P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 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Win+.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ביטול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הפעולות בסדר הנכון להעברת טקסט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עברו למקום החדש שבו רוצים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Ctrl+V כדי להדביק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Ctrl+C כדי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Ctrl+S כדי לשמור את הקובץ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הטקסט שרוצים להעתיק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קיצורי מקלדת שלמדתם, והסבירו מתי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להשתמש בקיצורי מקלדת במקום בעכבר?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לשמירה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Ctrl+Z?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להשתמש בקיצור מקלדת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